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PETYCJA</w:t>
      </w:r>
    </w:p>
    <w:p>
      <w:r>
        <w:t>[Miejscowość], [data]</w:t>
      </w:r>
    </w:p>
    <w:p>
      <w:r>
        <w:t>Osoba wnosząca petycję:</w:t>
        <w:br/>
        <w:t>[Imię i nazwisko]</w:t>
        <w:br/>
        <w:t>[adres zamieszkania: ulica, numer, kod pocztowy, miejscowość]</w:t>
        <w:br/>
        <w:t>[adres e-mail — wymagany przy wysyłce elektronicznej; telefon opcjonalnie]</w:t>
      </w:r>
    </w:p>
    <w:p>
      <w:r>
        <w:t>Adresat:</w:t>
        <w:br/>
        <w:t>[Wójt / Burmistrz / Prezydent Miasta] [nazwa gminy]</w:t>
        <w:br/>
        <w:t>albo: Rada Gminy / Rada Miasta [nazwa gminy]</w:t>
        <w:br/>
        <w:t>[adres urzędu]</w:t>
      </w:r>
    </w:p>
    <w:p>
      <w:r>
        <w:t>Petycja w sprawie: [krótko, czego dotyczy — np. remontu drogi gminnej ul. Polnej na odcinku od nr 1 do nr 20]</w:t>
      </w:r>
    </w:p>
    <w:p>
      <w:r>
        <w:t>Na podstawie art. 2 ustawy z dnia 11 lipca 2014 r. o petycjach wnoszę petycję w interesie [publicznym / własnym / podmiotu trzeciego — za jego zgodą] o:</w:t>
        <w:br/>
        <w:t>[żądanie — co konkretnie ma zrobić adresat, np. ujęcie remontu wskazanego odcinka w budżecie gminy na rok …].</w:t>
      </w:r>
    </w:p>
    <w:p>
      <w:r>
        <w:t>Uzasadnienie:</w:t>
        <w:br/>
        <w:t>[Opisz stan obecny: co jest nie tak, od kiedy, kogo dotyczy (liczba mieszkańców, szkoła, przystanek). Podaj fakty: daty, pomiary, zdjęcia w załączeniu. Wskaż, dlaczego sprawa należy do adresata i jakie dokumenty gminy (plan, budżet, program) jej dotyczą.]</w:t>
      </w:r>
    </w:p>
    <w:p>
      <w:r>
        <w:t>Zgoda na ujawnienie danych (art. 4 ust. 3 ustawy o petycjach):</w:t>
        <w:br/>
        <w:t>[ ] Wyrażam zgodę   [ ] Nie wyrażam zgody</w:t>
        <w:br/>
        <w:t>na ujawnienie na stronie internetowej podmiotu rozpatrującego petycję lub urzędu go obsługującego moich danych osobowych w zakresie imienia i nazwiska.</w:t>
      </w:r>
    </w:p>
    <w:p>
      <w:r>
        <w:t>Załączniki:</w:t>
        <w:br/>
        <w:t>1. Lista poparcia mieszkańców ([liczba] podpisów).</w:t>
        <w:br/>
        <w:t>2. [Protokół poparcia z miasto.app — jeśli zbiórka była prowadzona online.]</w:t>
        <w:br/>
        <w:t>3. [Zdjęcia, pomiary, inna dokumentacja.]</w:t>
      </w:r>
    </w:p>
    <w:p>
      <w:r>
        <w:t>....................................................</w:t>
        <w:br/>
        <w:t>[czytelny podpis osoby wnoszącej petycję]</w:t>
      </w:r>
    </w:p>
    <w:p>
      <w:r>
        <w:br w:type="page"/>
      </w:r>
    </w:p>
    <w:p>
      <w:r>
        <w:rPr>
          <w:b/>
        </w:rPr>
        <w:t>LISTA POPARCIA</w:t>
      </w:r>
    </w:p>
    <w:p>
      <w:r>
        <w:t>do petycji w sprawie: [tytuł petycji]</w:t>
        <w:br/>
        <w:t>Osoby podpisane poniżej popierają żądanie zawarte w petycji.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Lp.</w:t>
            </w:r>
          </w:p>
        </w:tc>
        <w:tc>
          <w:tcPr>
            <w:tcW w:type="dxa" w:w="2160"/>
          </w:tcPr>
          <w:p>
            <w:r>
              <w:t>Imię i nazwisko</w:t>
            </w:r>
          </w:p>
        </w:tc>
        <w:tc>
          <w:tcPr>
            <w:tcW w:type="dxa" w:w="2160"/>
          </w:tcPr>
          <w:p>
            <w:r>
              <w:t>Miejscowość</w:t>
            </w:r>
          </w:p>
        </w:tc>
        <w:tc>
          <w:tcPr>
            <w:tcW w:type="dxa" w:w="2160"/>
          </w:tcPr>
          <w:p>
            <w:r>
              <w:t>Podpis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9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11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12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13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14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16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17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19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20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sz w:val="16"/>
        </w:rPr>
        <w:t>Informacja o przetwarzaniu danych (RODO): administratorem danych osób z listy poparcia jest osoba wnosząca petycję: [imię i nazwisko, kontakt]. Dane (imię, nazwisko, miejscowość, podpis) są zbierane wyłącznie w celu wykazania poparcia dla petycji i zostaną przekazane adresatowi petycji jako załącznik. Podanie danych jest dobrowolne, a zgodę można wycofać do czasu przekazania listy adresatowi. Uwaga dla zbierającego: nie zbieraj numeru PESEL ani numeru dowodu osobistego.</w:t>
      </w:r>
    </w:p>
    <w:p>
      <w:r>
        <w:rPr>
          <w:sz w:val="16"/>
        </w:rPr>
        <w:t>Wzór ma charakter przykładowy i zawiera elementy wskazane w ustawie o petycjach. Pola w nawiasach kwadratowych uzupełnij własnymi danymi i dostosuj treść do swojej sprawy. Wzór nie stanowi porady prawnej. Źródło: miasto.app/poradnik.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